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Aliaksandr Zalesski</w:t>
      </w:r>
    </w:p>
    <w:p>
      <w:r>
        <w:rPr>
          <w:b/>
          <w:sz w:val="26"/>
        </w:rPr>
        <w:t>SOUND DESIGNER</w:t>
      </w:r>
    </w:p>
    <w:p>
      <w:r>
        <w:t>Warsaw, Poland  |  zaleks.production@gmail.com  |  +48 730 246 411</w:t>
      </w:r>
    </w:p>
    <w:p>
      <w:r>
        <w:t>Portfolio: [INSERT PORTFOLIO WEBSITE URL]</w:t>
      </w:r>
    </w:p>
    <w:p>
      <w:r>
        <w:t>Sound designer with experience in game audio, original music and broadcast production. Creates sound effects, atmospheres and interactive audio, from recording and synthesis through implementation and in-game mixing.</w:t>
      </w:r>
    </w:p>
    <w:p>
      <w:pPr>
        <w:pStyle w:val="Heading1"/>
      </w:pPr>
      <w:r>
        <w:t>Game Audio Projects</w:t>
      </w:r>
    </w:p>
    <w:p>
      <w:pPr>
        <w:pStyle w:val="Heading2"/>
      </w:pPr>
      <w:r>
        <w:t>Echoes of Death</w:t>
      </w:r>
    </w:p>
    <w:p>
      <w:pPr>
        <w:spacing w:after="80"/>
      </w:pPr>
      <w:r>
        <w:t>Sound Designer and Composer | UE5.5 prototype in development</w:t>
      </w:r>
    </w:p>
    <w:p>
      <w:pPr>
        <w:pStyle w:val="ListBullet"/>
      </w:pPr>
      <w:r>
        <w:t>Designed horror audio with adaptive mixing, dynamic routing and environment-based variations; created reactive object feedback for an approaching in-game threat.</w:t>
      </w:r>
    </w:p>
    <w:p>
      <w:pPr>
        <w:pStyle w:val="ListBullet"/>
      </w:pPr>
      <w:r>
        <w:t>Built MetaSound and Blueprint systems for adaptive reverb tails, drone switching, AI dialogue routing and environmental triggers.</w:t>
      </w:r>
    </w:p>
    <w:p>
      <w:pPr>
        <w:pStyle w:val="ListBullet"/>
      </w:pPr>
      <w:r>
        <w:t>Composed all in-game music, including atmospheric drones and spatial synthpop and techno tracks.</w:t>
      </w:r>
    </w:p>
    <w:p>
      <w:pPr>
        <w:pStyle w:val="Heading2"/>
      </w:pPr>
      <w:r>
        <w:t>Argel</w:t>
      </w:r>
    </w:p>
    <w:p>
      <w:pPr>
        <w:spacing w:after="80"/>
      </w:pPr>
      <w:r>
        <w:t>Audio Producer, Sound Designer and Composer | BA project, Warsaw Film School</w:t>
      </w:r>
    </w:p>
    <w:p>
      <w:pPr>
        <w:pStyle w:val="ListBullet"/>
      </w:pPr>
      <w:r>
        <w:t>Owned the full audio pipeline in Unity and FMOD, creating all music and sound effects from MVP through Gold milestones.</w:t>
      </w:r>
    </w:p>
    <w:p>
      <w:pPr>
        <w:pStyle w:val="ListBullet"/>
      </w:pPr>
      <w:r>
        <w:t>Led weekly audio reviews, coordinated with other departments and delivered production-ready documentation.</w:t>
      </w:r>
    </w:p>
    <w:p>
      <w:pPr>
        <w:pStyle w:val="Heading2"/>
      </w:pPr>
      <w:r>
        <w:t>Beyond the Asteroids</w:t>
      </w:r>
    </w:p>
    <w:p>
      <w:pPr>
        <w:spacing w:after="80"/>
      </w:pPr>
      <w:r>
        <w:t>Audio Lead | Game jam</w:t>
      </w:r>
    </w:p>
    <w:p>
      <w:pPr>
        <w:pStyle w:val="ListBullet"/>
      </w:pPr>
      <w:r>
        <w:t>Designed dynamic spatial soundscapes for a custom C++ engine and managed the complete audio asset pipeline under jam deadlines.</w:t>
      </w:r>
    </w:p>
    <w:p>
      <w:pPr>
        <w:pStyle w:val="Heading2"/>
      </w:pPr>
      <w:r>
        <w:t>FPS Game Audio Breakdown</w:t>
      </w:r>
    </w:p>
    <w:p>
      <w:pPr>
        <w:spacing w:after="80"/>
      </w:pPr>
      <w:r>
        <w:t>Sound Designer | Call of Duty-inspired project</w:t>
      </w:r>
    </w:p>
    <w:p>
      <w:pPr>
        <w:pStyle w:val="ListBullet"/>
      </w:pPr>
      <w:r>
        <w:t>Integrated Wwise audio with Unreal Engine 5 gameplay events and player actions; presented the implementation workflow in a project breakdown.</w:t>
      </w:r>
    </w:p>
    <w:p>
      <w:pPr>
        <w:pStyle w:val="Heading2"/>
      </w:pPr>
      <w:r>
        <w:t>Jumpees</w:t>
      </w:r>
    </w:p>
    <w:p>
      <w:pPr>
        <w:spacing w:after="80"/>
      </w:pPr>
      <w:r>
        <w:t>Lead Sound Designer and Composer | Mobile puzzle game</w:t>
      </w:r>
    </w:p>
    <w:p>
      <w:pPr>
        <w:pStyle w:val="ListBullet"/>
      </w:pPr>
      <w:r>
        <w:t>Created original music and sound effects optimized for mobile; implemented and tested all audio assets in Unity using C#.</w:t>
      </w:r>
    </w:p>
    <w:p>
      <w:pPr>
        <w:pStyle w:val="Heading2"/>
      </w:pPr>
      <w:r>
        <w:t>Arka Noego</w:t>
      </w:r>
    </w:p>
    <w:p>
      <w:pPr>
        <w:spacing w:after="80"/>
      </w:pPr>
      <w:r>
        <w:t>Sound Designer | Multiplayer party game jam</w:t>
      </w:r>
    </w:p>
    <w:p>
      <w:pPr>
        <w:pStyle w:val="ListBullet"/>
      </w:pPr>
      <w:r>
        <w:t>Delivered environmental and interaction audio through FMOD and Unity, coordinating rapid integration cycles during the jam.</w:t>
      </w:r>
    </w:p>
    <w:p>
      <w:r>
        <w:br w:type="page"/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Sound Engineer and Sound Designer</w:t>
      </w:r>
    </w:p>
    <w:p>
      <w:pPr>
        <w:spacing w:after="80"/>
      </w:pPr>
      <w:r>
        <w:t>Various studios and Polskie Radio S.A. | 2020–Present</w:t>
      </w:r>
    </w:p>
    <w:p>
      <w:pPr>
        <w:pStyle w:val="ListBullet"/>
      </w:pPr>
      <w:r>
        <w:t>Produced voiceovers, jingles and promos for national radio, and mixed live shows.</w:t>
      </w:r>
    </w:p>
    <w:p>
      <w:pPr>
        <w:pStyle w:val="ListBullet"/>
      </w:pPr>
      <w:r>
        <w:t>Worked with clients and managers to deliver audio to broadcast deadlines.</w:t>
      </w:r>
    </w:p>
    <w:p>
      <w:pPr>
        <w:pStyle w:val="Heading2"/>
      </w:pPr>
      <w:r>
        <w:t>Media Transform Audio Operator</w:t>
      </w:r>
    </w:p>
    <w:p>
      <w:pPr>
        <w:spacing w:after="80"/>
      </w:pPr>
      <w:r>
        <w:t>IYUNO, SDI | Warsaw | 2022</w:t>
      </w:r>
    </w:p>
    <w:p>
      <w:pPr>
        <w:pStyle w:val="ListBullet"/>
      </w:pPr>
      <w:r>
        <w:t>Edited, synchronized and mastered audio for Disney+, Netflix and Nickelodeon; handled international quality assurance and feedback.</w:t>
      </w:r>
    </w:p>
    <w:p>
      <w:pPr>
        <w:pStyle w:val="Heading2"/>
      </w:pPr>
      <w:r>
        <w:t>Sound Engineer and Production Manager</w:t>
      </w:r>
    </w:p>
    <w:p>
      <w:pPr>
        <w:spacing w:after="80"/>
      </w:pPr>
      <w:r>
        <w:t>Radio WNET | Warsaw | 2020–2022</w:t>
      </w:r>
    </w:p>
    <w:p>
      <w:pPr>
        <w:pStyle w:val="ListBullet"/>
      </w:pPr>
      <w:r>
        <w:t>Directed daily live audio operations and production scheduling; created content for news, cultural and entertainment programmes.</w:t>
      </w:r>
    </w:p>
    <w:p>
      <w:pPr>
        <w:pStyle w:val="Heading2"/>
      </w:pPr>
      <w:r>
        <w:t>Music Producer</w:t>
      </w:r>
    </w:p>
    <w:p>
      <w:pPr>
        <w:spacing w:after="80"/>
      </w:pPr>
      <w:r>
        <w:t>UHO Music | Children’s cartoons</w:t>
      </w:r>
    </w:p>
    <w:p>
      <w:pPr>
        <w:pStyle w:val="ListBullet"/>
      </w:pPr>
      <w:r>
        <w:t>Composed jingles and songs for children’s media with 50M+ YouTube views and 5M+ streams.</w:t>
      </w:r>
    </w:p>
    <w:p>
      <w:pPr>
        <w:pStyle w:val="ListBullet"/>
      </w:pPr>
      <w:r>
        <w:t>Worked with animators and voice actors to synchronize audio with visuals.</w:t>
      </w:r>
    </w:p>
    <w:p>
      <w:pPr>
        <w:pStyle w:val="Heading1"/>
      </w:pPr>
      <w:r>
        <w:t>Skills</w:t>
      </w:r>
    </w:p>
    <w:p>
      <w:r>
        <w:rPr>
          <w:b/>
        </w:rPr>
        <w:t xml:space="preserve">Sound design: </w:t>
      </w:r>
      <w:r>
        <w:t>Foley, field recording, synthesis, sci-fi and ambient soundscapes; music composition and arrangement.</w:t>
      </w:r>
    </w:p>
    <w:p>
      <w:r>
        <w:rPr>
          <w:b/>
        </w:rPr>
        <w:t xml:space="preserve">Interactive audio: </w:t>
      </w:r>
      <w:r>
        <w:t>Wwise and FMOD; spatial audio, Rooms &amp; Portals, adaptive mixing, profiling, debugging and runtime validation.</w:t>
      </w:r>
    </w:p>
    <w:p>
      <w:r>
        <w:rPr>
          <w:b/>
        </w:rPr>
        <w:t xml:space="preserve">Game engines: </w:t>
      </w:r>
      <w:r>
        <w:t>Unreal Engine 5.5: Blueprints, MetaSounds, Audio Components and Submixes. Unity: audio integration and C# scripting.</w:t>
      </w:r>
    </w:p>
    <w:p>
      <w:r>
        <w:rPr>
          <w:b/>
        </w:rPr>
        <w:t xml:space="preserve">Production tools: </w:t>
      </w:r>
      <w:r>
        <w:t>Reaper, Ableton Live, Pro Tools; Phase Plant, Serum, Vital; Git.</w:t>
      </w:r>
    </w:p>
    <w:p>
      <w:r>
        <w:rPr>
          <w:b/>
        </w:rPr>
        <w:t xml:space="preserve">Languages: </w:t>
      </w:r>
      <w:r>
        <w:t>Polish and English — professional working proficiency.</w:t>
      </w:r>
    </w:p>
    <w:p>
      <w:pPr>
        <w:pStyle w:val="Heading1"/>
      </w:pPr>
      <w:r>
        <w:t>Education</w:t>
      </w:r>
    </w:p>
    <w:p>
      <w:r>
        <w:t>Warsaw Film School — BA in Game Design and Production</w:t>
      </w:r>
    </w:p>
    <w:p>
      <w:r>
        <w:t>Academy of Film and Television — Diploma in Sound Engineering</w:t>
      </w:r>
    </w:p>
    <w:p>
      <w:pPr>
        <w:spacing w:before="320" w:line="240" w:lineRule="auto"/>
      </w:pPr>
      <w:r>
        <w:rPr>
          <w:sz w:val="16"/>
        </w:rPr>
        <w:t xml:space="preserve">"Wyrażam zgodę na przetwarzanie danych osobowych zawartych w niniejszym dokumencie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(RODO)." </w:t>
      </w:r>
    </w:p>
    <w:sectPr w:rsidR="00FC693F" w:rsidRPr="0006063C" w:rsidSect="00034616"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Calibri" w:hAnsi="Calibri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